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79B80" w14:textId="008FCEF5" w:rsidR="00C058FE" w:rsidRPr="00C058FE" w:rsidRDefault="00000000" w:rsidP="00C058FE">
      <w:pPr>
        <w:spacing w:after="40" w:line="230" w:lineRule="auto"/>
        <w:jc w:val="center"/>
        <w:rPr>
          <w:i/>
          <w:sz w:val="22"/>
          <w:szCs w:val="32"/>
        </w:rPr>
      </w:pPr>
      <w:r w:rsidRPr="00C058FE">
        <w:rPr>
          <w:b/>
          <w:sz w:val="40"/>
          <w:szCs w:val="32"/>
        </w:rPr>
        <w:t>EKOSYSTÉMY KOLEM NÁS</w:t>
      </w:r>
    </w:p>
    <w:p w14:paraId="0F43CC25" w14:textId="65D7CB6C" w:rsidR="00593522" w:rsidRPr="00C058FE" w:rsidRDefault="00000000">
      <w:pPr>
        <w:spacing w:after="60" w:line="230" w:lineRule="auto"/>
        <w:rPr>
          <w:sz w:val="22"/>
          <w:szCs w:val="32"/>
        </w:rPr>
      </w:pPr>
      <w:r w:rsidRPr="00C058FE">
        <w:rPr>
          <w:i/>
          <w:sz w:val="22"/>
          <w:szCs w:val="32"/>
        </w:rPr>
        <w:t>.</w:t>
      </w:r>
    </w:p>
    <w:tbl>
      <w:tblPr>
        <w:tblStyle w:val="Mkatabulky"/>
        <w:tblW w:w="16074" w:type="dxa"/>
        <w:jc w:val="center"/>
        <w:tblLook w:val="04A0" w:firstRow="1" w:lastRow="0" w:firstColumn="1" w:lastColumn="0" w:noHBand="0" w:noVBand="1"/>
      </w:tblPr>
      <w:tblGrid>
        <w:gridCol w:w="8023"/>
        <w:gridCol w:w="8051"/>
      </w:tblGrid>
      <w:tr w:rsidR="00593522" w:rsidRPr="00C058FE" w14:paraId="0275D766" w14:textId="77777777">
        <w:trPr>
          <w:jc w:val="center"/>
        </w:trPr>
        <w:tc>
          <w:tcPr>
            <w:tcW w:w="8022" w:type="dxa"/>
            <w:shd w:val="clear" w:color="auto" w:fill="F7FBF7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36FB560C" w14:textId="77777777" w:rsidR="00593522" w:rsidRPr="00C058FE" w:rsidRDefault="00593522" w:rsidP="00C058FE">
            <w:pPr>
              <w:spacing w:line="360" w:lineRule="auto"/>
              <w:rPr>
                <w:sz w:val="22"/>
                <w:szCs w:val="32"/>
              </w:rPr>
            </w:pPr>
          </w:p>
          <w:p w14:paraId="6320E373" w14:textId="77777777" w:rsidR="00593522" w:rsidRPr="00C058FE" w:rsidRDefault="00000000" w:rsidP="00C058FE">
            <w:pPr>
              <w:spacing w:after="20" w:line="360" w:lineRule="auto"/>
              <w:rPr>
                <w:sz w:val="22"/>
                <w:szCs w:val="32"/>
              </w:rPr>
            </w:pPr>
            <w:r w:rsidRPr="00C058FE">
              <w:rPr>
                <w:b/>
                <w:sz w:val="24"/>
                <w:szCs w:val="32"/>
              </w:rPr>
              <w:t>1. Doplň chybějící slova</w:t>
            </w:r>
          </w:p>
          <w:p w14:paraId="7FC28B7D" w14:textId="77777777" w:rsidR="00593522" w:rsidRPr="00C058FE" w:rsidRDefault="00000000" w:rsidP="00C058FE">
            <w:pPr>
              <w:spacing w:after="20" w:line="360" w:lineRule="auto"/>
              <w:rPr>
                <w:sz w:val="22"/>
                <w:szCs w:val="32"/>
              </w:rPr>
            </w:pPr>
            <w:r w:rsidRPr="00C058FE">
              <w:rPr>
                <w:i/>
                <w:sz w:val="20"/>
                <w:szCs w:val="32"/>
              </w:rPr>
              <w:t>Nápověda: les, park, okolí lidských obydlí, pole, louka, stojaté, tekoucí, kyslík</w:t>
            </w:r>
          </w:p>
          <w:p w14:paraId="656E3D02" w14:textId="77777777" w:rsidR="00593522" w:rsidRPr="00C058FE" w:rsidRDefault="00000000" w:rsidP="00C058FE">
            <w:pPr>
              <w:spacing w:line="360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a) V __________ rostou hlavně stromy, keře, byliny, mechy a houby.</w:t>
            </w:r>
          </w:p>
          <w:p w14:paraId="512766A5" w14:textId="77777777" w:rsidR="00593522" w:rsidRPr="00C058FE" w:rsidRDefault="00000000" w:rsidP="00C058FE">
            <w:pPr>
              <w:spacing w:line="360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b) __________ je člověkem upravený ekosystém ve městě nebo obci.</w:t>
            </w:r>
          </w:p>
          <w:p w14:paraId="6F999783" w14:textId="77777777" w:rsidR="00593522" w:rsidRPr="00C058FE" w:rsidRDefault="00000000" w:rsidP="00C058FE">
            <w:pPr>
              <w:spacing w:line="360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c) __________ tvoří zahrady, dvory, ulice, živé ploty, střechy i komposty.</w:t>
            </w:r>
          </w:p>
          <w:p w14:paraId="7256790B" w14:textId="77777777" w:rsidR="00593522" w:rsidRPr="00C058FE" w:rsidRDefault="00000000" w:rsidP="00C058FE">
            <w:pPr>
              <w:spacing w:line="360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d) Na __________ se pěstuje obilí, brambory, kukuřice, řepka nebo mák.</w:t>
            </w:r>
          </w:p>
          <w:p w14:paraId="7A6E8FF5" w14:textId="77777777" w:rsidR="00593522" w:rsidRPr="00C058FE" w:rsidRDefault="00000000" w:rsidP="00C058FE">
            <w:pPr>
              <w:spacing w:line="360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e) Na __________ rostou hlavně trávy a kvetoucí byliny.</w:t>
            </w:r>
          </w:p>
          <w:p w14:paraId="7E9598AB" w14:textId="77777777" w:rsidR="00593522" w:rsidRPr="00C058FE" w:rsidRDefault="00000000" w:rsidP="00C058FE">
            <w:pPr>
              <w:spacing w:line="360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f) Rybník patří mezi __________ vody.</w:t>
            </w:r>
          </w:p>
          <w:p w14:paraId="4C0EE343" w14:textId="77777777" w:rsidR="00593522" w:rsidRPr="00C058FE" w:rsidRDefault="00000000" w:rsidP="00C058FE">
            <w:pPr>
              <w:spacing w:line="360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g) Řeky a potoky patří mezi __________ vody.</w:t>
            </w:r>
          </w:p>
          <w:p w14:paraId="72316704" w14:textId="77777777" w:rsidR="00593522" w:rsidRPr="00C058FE" w:rsidRDefault="00000000" w:rsidP="00C058FE">
            <w:pPr>
              <w:spacing w:line="360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h) Les vyrábí __________, čistí vzduch a zadržuje vodu.</w:t>
            </w:r>
          </w:p>
          <w:p w14:paraId="6C49F0F2" w14:textId="77777777" w:rsidR="00593522" w:rsidRPr="00C058FE" w:rsidRDefault="00000000" w:rsidP="00C058FE">
            <w:pPr>
              <w:spacing w:after="20" w:line="360" w:lineRule="auto"/>
              <w:rPr>
                <w:sz w:val="22"/>
                <w:szCs w:val="32"/>
              </w:rPr>
            </w:pPr>
            <w:r w:rsidRPr="00C058FE">
              <w:rPr>
                <w:b/>
                <w:sz w:val="24"/>
                <w:szCs w:val="32"/>
              </w:rPr>
              <w:t>2. Zakroužkuj vždy 3 správné možnosti</w:t>
            </w:r>
          </w:p>
          <w:p w14:paraId="6BAD74B7" w14:textId="77777777" w:rsidR="00593522" w:rsidRPr="00C058FE" w:rsidRDefault="00000000" w:rsidP="00C058FE">
            <w:pPr>
              <w:spacing w:line="360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LES: datel / kapr / srnec / sova</w:t>
            </w:r>
          </w:p>
          <w:p w14:paraId="7863739C" w14:textId="77777777" w:rsidR="00593522" w:rsidRPr="00C058FE" w:rsidRDefault="00000000" w:rsidP="00C058FE">
            <w:pPr>
              <w:spacing w:line="360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PARK: lípa / lavička / pšenice / záhon</w:t>
            </w:r>
          </w:p>
          <w:p w14:paraId="1A570D81" w14:textId="77777777" w:rsidR="00593522" w:rsidRPr="00C058FE" w:rsidRDefault="00000000" w:rsidP="00C058FE">
            <w:pPr>
              <w:spacing w:line="360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OKOLÍ DOMŮ: ježek / kompost / čolek / rajče</w:t>
            </w:r>
          </w:p>
          <w:p w14:paraId="18ADBBA6" w14:textId="77777777" w:rsidR="00593522" w:rsidRPr="00C058FE" w:rsidRDefault="00000000" w:rsidP="00C058FE">
            <w:pPr>
              <w:spacing w:line="360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POLE: pšenice / hraboš / leknín / řepka</w:t>
            </w:r>
          </w:p>
          <w:p w14:paraId="5C04821B" w14:textId="77777777" w:rsidR="00593522" w:rsidRPr="00C058FE" w:rsidRDefault="00000000" w:rsidP="00C058FE">
            <w:pPr>
              <w:spacing w:line="360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LOUKA: kopretina / čmelák / kobylka / candát</w:t>
            </w:r>
          </w:p>
          <w:p w14:paraId="3400257E" w14:textId="77777777" w:rsidR="00593522" w:rsidRPr="00C058FE" w:rsidRDefault="00000000" w:rsidP="00C058FE">
            <w:pPr>
              <w:spacing w:line="360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RYBNÍK: kapr / leknín / štika / datel</w:t>
            </w:r>
          </w:p>
          <w:p w14:paraId="04AB2AE5" w14:textId="77777777" w:rsidR="00593522" w:rsidRPr="00C058FE" w:rsidRDefault="00000000" w:rsidP="00C058FE">
            <w:pPr>
              <w:spacing w:line="360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ŘEKA NEBO POTOK: pstruh / ledňáček / vrba / jírovec</w:t>
            </w:r>
          </w:p>
          <w:p w14:paraId="359937AF" w14:textId="77777777" w:rsidR="00593522" w:rsidRPr="00C058FE" w:rsidRDefault="00000000" w:rsidP="00C058FE">
            <w:pPr>
              <w:spacing w:after="20" w:line="360" w:lineRule="auto"/>
              <w:rPr>
                <w:sz w:val="22"/>
                <w:szCs w:val="32"/>
              </w:rPr>
            </w:pPr>
            <w:r w:rsidRPr="00C058FE">
              <w:rPr>
                <w:b/>
                <w:sz w:val="24"/>
                <w:szCs w:val="32"/>
              </w:rPr>
              <w:t>3. Rozhodni ANO / NE</w:t>
            </w:r>
          </w:p>
          <w:p w14:paraId="51F9F9A8" w14:textId="77777777" w:rsidR="00593522" w:rsidRPr="00C058FE" w:rsidRDefault="00000000" w:rsidP="00C058FE">
            <w:pPr>
              <w:spacing w:line="360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a) V parku mohou žít veverky a ptáci.   ANO / NE</w:t>
            </w:r>
          </w:p>
          <w:p w14:paraId="7DEB8E00" w14:textId="77777777" w:rsidR="00593522" w:rsidRPr="00C058FE" w:rsidRDefault="00000000" w:rsidP="00C058FE">
            <w:pPr>
              <w:spacing w:line="360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b) Na louce rostou hlavně trávy a byliny.   ANO / NE</w:t>
            </w:r>
          </w:p>
          <w:p w14:paraId="50B38C63" w14:textId="77777777" w:rsidR="00593522" w:rsidRPr="00C058FE" w:rsidRDefault="00000000" w:rsidP="00C058FE">
            <w:pPr>
              <w:spacing w:line="360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c) Rákos a orobinec rostou u břehu rybníka.   ANO / NE</w:t>
            </w:r>
          </w:p>
          <w:p w14:paraId="131D8B82" w14:textId="77777777" w:rsidR="00593522" w:rsidRPr="00C058FE" w:rsidRDefault="00000000" w:rsidP="00C058FE">
            <w:pPr>
              <w:spacing w:line="360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d) Kořeny stromů u potoků pomáhají zpevňovat břehy.   ANO / NE</w:t>
            </w:r>
          </w:p>
          <w:p w14:paraId="6F7DB006" w14:textId="77777777" w:rsidR="00593522" w:rsidRPr="00C058FE" w:rsidRDefault="00000000" w:rsidP="00C058FE">
            <w:pPr>
              <w:spacing w:line="360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e) Pečivo je vhodné krmivo pro vodní ptáky.   ANO / NE</w:t>
            </w:r>
          </w:p>
        </w:tc>
        <w:tc>
          <w:tcPr>
            <w:tcW w:w="8050" w:type="dxa"/>
            <w:shd w:val="clear" w:color="auto" w:fill="FFFDF4"/>
            <w:tcMar>
              <w:top w:w="45" w:type="dxa"/>
              <w:left w:w="70" w:type="dxa"/>
              <w:bottom w:w="45" w:type="dxa"/>
              <w:right w:w="70" w:type="dxa"/>
            </w:tcMar>
          </w:tcPr>
          <w:p w14:paraId="43D6C00E" w14:textId="77777777" w:rsidR="00593522" w:rsidRPr="00C058FE" w:rsidRDefault="00593522" w:rsidP="00C058FE">
            <w:pPr>
              <w:spacing w:line="276" w:lineRule="auto"/>
              <w:rPr>
                <w:sz w:val="22"/>
                <w:szCs w:val="32"/>
              </w:rPr>
            </w:pPr>
          </w:p>
          <w:p w14:paraId="2092A5E4" w14:textId="77777777" w:rsidR="00593522" w:rsidRPr="00C058FE" w:rsidRDefault="00000000" w:rsidP="00C058FE">
            <w:pPr>
              <w:spacing w:after="20" w:line="276" w:lineRule="auto"/>
              <w:rPr>
                <w:sz w:val="22"/>
                <w:szCs w:val="32"/>
              </w:rPr>
            </w:pPr>
            <w:r w:rsidRPr="00C058FE">
              <w:rPr>
                <w:b/>
                <w:sz w:val="24"/>
                <w:szCs w:val="32"/>
              </w:rPr>
              <w:t>4. Ke každému ekosystému dopiš 1 rostlinu a 1 živočicha</w:t>
            </w:r>
          </w:p>
          <w:tbl>
            <w:tblPr>
              <w:tblStyle w:val="Mkatabulky"/>
              <w:tblW w:w="0" w:type="auto"/>
              <w:tblLook w:val="04A0" w:firstRow="1" w:lastRow="0" w:firstColumn="1" w:lastColumn="0" w:noHBand="0" w:noVBand="1"/>
            </w:tblPr>
            <w:tblGrid>
              <w:gridCol w:w="2595"/>
              <w:gridCol w:w="2653"/>
              <w:gridCol w:w="2653"/>
            </w:tblGrid>
            <w:tr w:rsidR="00593522" w:rsidRPr="00C058FE" w14:paraId="204EDF1F" w14:textId="77777777">
              <w:tc>
                <w:tcPr>
                  <w:tcW w:w="2683" w:type="dxa"/>
                  <w:shd w:val="clear" w:color="auto" w:fill="E6E6E6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14:paraId="34F2D646" w14:textId="77777777" w:rsidR="00593522" w:rsidRPr="00C058FE" w:rsidRDefault="00593522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</w:p>
                <w:p w14:paraId="631308FB" w14:textId="77777777" w:rsidR="00593522" w:rsidRPr="00C058FE" w:rsidRDefault="00000000" w:rsidP="00C058FE">
                  <w:pPr>
                    <w:spacing w:line="276" w:lineRule="auto"/>
                    <w:jc w:val="center"/>
                    <w:rPr>
                      <w:sz w:val="22"/>
                      <w:szCs w:val="32"/>
                    </w:rPr>
                  </w:pPr>
                  <w:r w:rsidRPr="00C058FE">
                    <w:rPr>
                      <w:b/>
                      <w:sz w:val="20"/>
                      <w:szCs w:val="32"/>
                    </w:rPr>
                    <w:t>Ekosystém</w:t>
                  </w:r>
                </w:p>
              </w:tc>
              <w:tc>
                <w:tcPr>
                  <w:tcW w:w="2683" w:type="dxa"/>
                  <w:shd w:val="clear" w:color="auto" w:fill="E6E6E6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14:paraId="6C4C5EF2" w14:textId="77777777" w:rsidR="00593522" w:rsidRPr="00C058FE" w:rsidRDefault="00593522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</w:p>
                <w:p w14:paraId="48E35AFB" w14:textId="77777777" w:rsidR="00593522" w:rsidRPr="00C058FE" w:rsidRDefault="00000000" w:rsidP="00C058FE">
                  <w:pPr>
                    <w:spacing w:line="276" w:lineRule="auto"/>
                    <w:jc w:val="center"/>
                    <w:rPr>
                      <w:sz w:val="22"/>
                      <w:szCs w:val="32"/>
                    </w:rPr>
                  </w:pPr>
                  <w:r w:rsidRPr="00C058FE">
                    <w:rPr>
                      <w:b/>
                      <w:sz w:val="20"/>
                      <w:szCs w:val="32"/>
                    </w:rPr>
                    <w:t>rostlina</w:t>
                  </w:r>
                </w:p>
              </w:tc>
              <w:tc>
                <w:tcPr>
                  <w:tcW w:w="2683" w:type="dxa"/>
                  <w:shd w:val="clear" w:color="auto" w:fill="E6E6E6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14:paraId="55262CC5" w14:textId="77777777" w:rsidR="00593522" w:rsidRPr="00C058FE" w:rsidRDefault="00593522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</w:p>
                <w:p w14:paraId="34905663" w14:textId="77777777" w:rsidR="00593522" w:rsidRPr="00C058FE" w:rsidRDefault="00000000" w:rsidP="00C058FE">
                  <w:pPr>
                    <w:spacing w:line="276" w:lineRule="auto"/>
                    <w:jc w:val="center"/>
                    <w:rPr>
                      <w:sz w:val="22"/>
                      <w:szCs w:val="32"/>
                    </w:rPr>
                  </w:pPr>
                  <w:r w:rsidRPr="00C058FE">
                    <w:rPr>
                      <w:b/>
                      <w:sz w:val="20"/>
                      <w:szCs w:val="32"/>
                    </w:rPr>
                    <w:t>živočich</w:t>
                  </w:r>
                </w:p>
              </w:tc>
            </w:tr>
            <w:tr w:rsidR="00593522" w:rsidRPr="00C058FE" w14:paraId="48CBDC60" w14:textId="77777777">
              <w:trPr>
                <w:trHeight w:val="360"/>
              </w:trPr>
              <w:tc>
                <w:tcPr>
                  <w:tcW w:w="2683" w:type="dxa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14:paraId="0CD262DC" w14:textId="77777777" w:rsidR="00593522" w:rsidRPr="00C058FE" w:rsidRDefault="00593522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</w:p>
                <w:p w14:paraId="7E27470B" w14:textId="77777777" w:rsidR="00593522" w:rsidRPr="00C058FE" w:rsidRDefault="00000000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  <w:r w:rsidRPr="00C058FE">
                    <w:rPr>
                      <w:b/>
                      <w:sz w:val="20"/>
                      <w:szCs w:val="32"/>
                    </w:rPr>
                    <w:t>les</w:t>
                  </w:r>
                </w:p>
              </w:tc>
              <w:tc>
                <w:tcPr>
                  <w:tcW w:w="2683" w:type="dxa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14:paraId="43DD68E2" w14:textId="77777777" w:rsidR="00593522" w:rsidRPr="00C058FE" w:rsidRDefault="00593522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</w:p>
                <w:p w14:paraId="200D718E" w14:textId="77777777" w:rsidR="00593522" w:rsidRPr="00C058FE" w:rsidRDefault="00000000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  <w:r w:rsidRPr="00C058FE">
                    <w:rPr>
                      <w:sz w:val="20"/>
                      <w:szCs w:val="32"/>
                    </w:rPr>
                    <w:t>____________________</w:t>
                  </w:r>
                </w:p>
              </w:tc>
              <w:tc>
                <w:tcPr>
                  <w:tcW w:w="2683" w:type="dxa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14:paraId="3ECA2B0E" w14:textId="77777777" w:rsidR="00593522" w:rsidRPr="00C058FE" w:rsidRDefault="00593522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</w:p>
                <w:p w14:paraId="6CE28316" w14:textId="77777777" w:rsidR="00593522" w:rsidRPr="00C058FE" w:rsidRDefault="00000000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  <w:r w:rsidRPr="00C058FE">
                    <w:rPr>
                      <w:sz w:val="20"/>
                      <w:szCs w:val="32"/>
                    </w:rPr>
                    <w:t>____________________</w:t>
                  </w:r>
                </w:p>
              </w:tc>
            </w:tr>
            <w:tr w:rsidR="00593522" w:rsidRPr="00C058FE" w14:paraId="2A36A661" w14:textId="77777777">
              <w:trPr>
                <w:trHeight w:val="360"/>
              </w:trPr>
              <w:tc>
                <w:tcPr>
                  <w:tcW w:w="2683" w:type="dxa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14:paraId="4FD2329B" w14:textId="77777777" w:rsidR="00593522" w:rsidRPr="00C058FE" w:rsidRDefault="00593522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</w:p>
                <w:p w14:paraId="4DEC3515" w14:textId="77777777" w:rsidR="00593522" w:rsidRPr="00C058FE" w:rsidRDefault="00000000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  <w:r w:rsidRPr="00C058FE">
                    <w:rPr>
                      <w:b/>
                      <w:sz w:val="20"/>
                      <w:szCs w:val="32"/>
                    </w:rPr>
                    <w:t>park</w:t>
                  </w:r>
                </w:p>
              </w:tc>
              <w:tc>
                <w:tcPr>
                  <w:tcW w:w="2683" w:type="dxa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14:paraId="79BD391F" w14:textId="77777777" w:rsidR="00593522" w:rsidRPr="00C058FE" w:rsidRDefault="00593522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</w:p>
                <w:p w14:paraId="6B4559F0" w14:textId="77777777" w:rsidR="00593522" w:rsidRPr="00C058FE" w:rsidRDefault="00000000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  <w:r w:rsidRPr="00C058FE">
                    <w:rPr>
                      <w:sz w:val="20"/>
                      <w:szCs w:val="32"/>
                    </w:rPr>
                    <w:t>____________________</w:t>
                  </w:r>
                </w:p>
              </w:tc>
              <w:tc>
                <w:tcPr>
                  <w:tcW w:w="2683" w:type="dxa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14:paraId="5E9839CE" w14:textId="77777777" w:rsidR="00593522" w:rsidRPr="00C058FE" w:rsidRDefault="00593522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</w:p>
                <w:p w14:paraId="10EE8A27" w14:textId="77777777" w:rsidR="00593522" w:rsidRPr="00C058FE" w:rsidRDefault="00000000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  <w:r w:rsidRPr="00C058FE">
                    <w:rPr>
                      <w:sz w:val="20"/>
                      <w:szCs w:val="32"/>
                    </w:rPr>
                    <w:t>____________________</w:t>
                  </w:r>
                </w:p>
              </w:tc>
            </w:tr>
            <w:tr w:rsidR="00593522" w:rsidRPr="00C058FE" w14:paraId="5B1EA52E" w14:textId="77777777">
              <w:trPr>
                <w:trHeight w:val="360"/>
              </w:trPr>
              <w:tc>
                <w:tcPr>
                  <w:tcW w:w="2683" w:type="dxa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14:paraId="0D999129" w14:textId="77777777" w:rsidR="00593522" w:rsidRPr="00C058FE" w:rsidRDefault="00593522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</w:p>
                <w:p w14:paraId="57629507" w14:textId="77777777" w:rsidR="00593522" w:rsidRPr="00C058FE" w:rsidRDefault="00000000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  <w:r w:rsidRPr="00C058FE">
                    <w:rPr>
                      <w:b/>
                      <w:sz w:val="20"/>
                      <w:szCs w:val="32"/>
                    </w:rPr>
                    <w:t>okolí domů</w:t>
                  </w:r>
                </w:p>
              </w:tc>
              <w:tc>
                <w:tcPr>
                  <w:tcW w:w="2683" w:type="dxa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14:paraId="7BFC2427" w14:textId="77777777" w:rsidR="00593522" w:rsidRPr="00C058FE" w:rsidRDefault="00593522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</w:p>
                <w:p w14:paraId="1303DA9E" w14:textId="77777777" w:rsidR="00593522" w:rsidRPr="00C058FE" w:rsidRDefault="00000000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  <w:r w:rsidRPr="00C058FE">
                    <w:rPr>
                      <w:sz w:val="20"/>
                      <w:szCs w:val="32"/>
                    </w:rPr>
                    <w:t>____________________</w:t>
                  </w:r>
                </w:p>
              </w:tc>
              <w:tc>
                <w:tcPr>
                  <w:tcW w:w="2683" w:type="dxa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14:paraId="15E688FD" w14:textId="77777777" w:rsidR="00593522" w:rsidRPr="00C058FE" w:rsidRDefault="00593522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</w:p>
                <w:p w14:paraId="4821FE1E" w14:textId="77777777" w:rsidR="00593522" w:rsidRPr="00C058FE" w:rsidRDefault="00000000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  <w:r w:rsidRPr="00C058FE">
                    <w:rPr>
                      <w:sz w:val="20"/>
                      <w:szCs w:val="32"/>
                    </w:rPr>
                    <w:t>____________________</w:t>
                  </w:r>
                </w:p>
              </w:tc>
            </w:tr>
            <w:tr w:rsidR="00593522" w:rsidRPr="00C058FE" w14:paraId="21339D4D" w14:textId="77777777">
              <w:trPr>
                <w:trHeight w:val="360"/>
              </w:trPr>
              <w:tc>
                <w:tcPr>
                  <w:tcW w:w="2683" w:type="dxa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14:paraId="41B3BF36" w14:textId="77777777" w:rsidR="00593522" w:rsidRPr="00C058FE" w:rsidRDefault="00593522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</w:p>
                <w:p w14:paraId="27BB4ADE" w14:textId="77777777" w:rsidR="00593522" w:rsidRPr="00C058FE" w:rsidRDefault="00000000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  <w:r w:rsidRPr="00C058FE">
                    <w:rPr>
                      <w:b/>
                      <w:sz w:val="20"/>
                      <w:szCs w:val="32"/>
                    </w:rPr>
                    <w:t>pole</w:t>
                  </w:r>
                </w:p>
              </w:tc>
              <w:tc>
                <w:tcPr>
                  <w:tcW w:w="2683" w:type="dxa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14:paraId="5733EEBA" w14:textId="77777777" w:rsidR="00593522" w:rsidRPr="00C058FE" w:rsidRDefault="00593522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</w:p>
                <w:p w14:paraId="7E5A4BBB" w14:textId="77777777" w:rsidR="00593522" w:rsidRPr="00C058FE" w:rsidRDefault="00000000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  <w:r w:rsidRPr="00C058FE">
                    <w:rPr>
                      <w:sz w:val="20"/>
                      <w:szCs w:val="32"/>
                    </w:rPr>
                    <w:t>____________________</w:t>
                  </w:r>
                </w:p>
              </w:tc>
              <w:tc>
                <w:tcPr>
                  <w:tcW w:w="2683" w:type="dxa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14:paraId="69182FEE" w14:textId="77777777" w:rsidR="00593522" w:rsidRPr="00C058FE" w:rsidRDefault="00593522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</w:p>
                <w:p w14:paraId="5FF3A5FC" w14:textId="77777777" w:rsidR="00593522" w:rsidRPr="00C058FE" w:rsidRDefault="00000000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  <w:r w:rsidRPr="00C058FE">
                    <w:rPr>
                      <w:sz w:val="20"/>
                      <w:szCs w:val="32"/>
                    </w:rPr>
                    <w:t>____________________</w:t>
                  </w:r>
                </w:p>
              </w:tc>
            </w:tr>
            <w:tr w:rsidR="00593522" w:rsidRPr="00C058FE" w14:paraId="61CAD439" w14:textId="77777777">
              <w:trPr>
                <w:trHeight w:val="360"/>
              </w:trPr>
              <w:tc>
                <w:tcPr>
                  <w:tcW w:w="2683" w:type="dxa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14:paraId="542643E6" w14:textId="77777777" w:rsidR="00593522" w:rsidRPr="00C058FE" w:rsidRDefault="00593522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</w:p>
                <w:p w14:paraId="5B07BFD8" w14:textId="77777777" w:rsidR="00593522" w:rsidRPr="00C058FE" w:rsidRDefault="00000000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  <w:r w:rsidRPr="00C058FE">
                    <w:rPr>
                      <w:b/>
                      <w:sz w:val="20"/>
                      <w:szCs w:val="32"/>
                    </w:rPr>
                    <w:t>louka</w:t>
                  </w:r>
                </w:p>
              </w:tc>
              <w:tc>
                <w:tcPr>
                  <w:tcW w:w="2683" w:type="dxa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14:paraId="5357B3E2" w14:textId="77777777" w:rsidR="00593522" w:rsidRPr="00C058FE" w:rsidRDefault="00593522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</w:p>
                <w:p w14:paraId="669CCCF3" w14:textId="77777777" w:rsidR="00593522" w:rsidRPr="00C058FE" w:rsidRDefault="00000000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  <w:r w:rsidRPr="00C058FE">
                    <w:rPr>
                      <w:sz w:val="20"/>
                      <w:szCs w:val="32"/>
                    </w:rPr>
                    <w:t>____________________</w:t>
                  </w:r>
                </w:p>
              </w:tc>
              <w:tc>
                <w:tcPr>
                  <w:tcW w:w="2683" w:type="dxa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14:paraId="286F7D0A" w14:textId="77777777" w:rsidR="00593522" w:rsidRPr="00C058FE" w:rsidRDefault="00593522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</w:p>
                <w:p w14:paraId="581CBEA6" w14:textId="77777777" w:rsidR="00593522" w:rsidRPr="00C058FE" w:rsidRDefault="00000000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  <w:r w:rsidRPr="00C058FE">
                    <w:rPr>
                      <w:sz w:val="20"/>
                      <w:szCs w:val="32"/>
                    </w:rPr>
                    <w:t>____________________</w:t>
                  </w:r>
                </w:p>
              </w:tc>
            </w:tr>
            <w:tr w:rsidR="00593522" w:rsidRPr="00C058FE" w14:paraId="04C662D6" w14:textId="77777777">
              <w:trPr>
                <w:trHeight w:val="360"/>
              </w:trPr>
              <w:tc>
                <w:tcPr>
                  <w:tcW w:w="2683" w:type="dxa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14:paraId="3D3C7A74" w14:textId="77777777" w:rsidR="00593522" w:rsidRPr="00C058FE" w:rsidRDefault="00593522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</w:p>
                <w:p w14:paraId="5432959F" w14:textId="77777777" w:rsidR="00593522" w:rsidRPr="00C058FE" w:rsidRDefault="00000000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  <w:r w:rsidRPr="00C058FE">
                    <w:rPr>
                      <w:b/>
                      <w:sz w:val="20"/>
                      <w:szCs w:val="32"/>
                    </w:rPr>
                    <w:t>rybník</w:t>
                  </w:r>
                </w:p>
              </w:tc>
              <w:tc>
                <w:tcPr>
                  <w:tcW w:w="2683" w:type="dxa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14:paraId="33A2DAAA" w14:textId="77777777" w:rsidR="00593522" w:rsidRPr="00C058FE" w:rsidRDefault="00593522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</w:p>
                <w:p w14:paraId="09AB86CD" w14:textId="77777777" w:rsidR="00593522" w:rsidRPr="00C058FE" w:rsidRDefault="00000000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  <w:r w:rsidRPr="00C058FE">
                    <w:rPr>
                      <w:sz w:val="20"/>
                      <w:szCs w:val="32"/>
                    </w:rPr>
                    <w:t>____________________</w:t>
                  </w:r>
                </w:p>
              </w:tc>
              <w:tc>
                <w:tcPr>
                  <w:tcW w:w="2683" w:type="dxa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14:paraId="145F0E30" w14:textId="77777777" w:rsidR="00593522" w:rsidRPr="00C058FE" w:rsidRDefault="00593522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</w:p>
                <w:p w14:paraId="1DB00541" w14:textId="77777777" w:rsidR="00593522" w:rsidRPr="00C058FE" w:rsidRDefault="00000000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  <w:r w:rsidRPr="00C058FE">
                    <w:rPr>
                      <w:sz w:val="20"/>
                      <w:szCs w:val="32"/>
                    </w:rPr>
                    <w:t>____________________</w:t>
                  </w:r>
                </w:p>
              </w:tc>
            </w:tr>
            <w:tr w:rsidR="00593522" w:rsidRPr="00C058FE" w14:paraId="3A6D9BC8" w14:textId="77777777">
              <w:trPr>
                <w:trHeight w:val="360"/>
              </w:trPr>
              <w:tc>
                <w:tcPr>
                  <w:tcW w:w="2683" w:type="dxa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14:paraId="49CA6583" w14:textId="77777777" w:rsidR="00593522" w:rsidRPr="00C058FE" w:rsidRDefault="00593522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</w:p>
                <w:p w14:paraId="74A52E26" w14:textId="77777777" w:rsidR="00593522" w:rsidRPr="00C058FE" w:rsidRDefault="00000000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  <w:r w:rsidRPr="00C058FE">
                    <w:rPr>
                      <w:b/>
                      <w:sz w:val="20"/>
                      <w:szCs w:val="32"/>
                    </w:rPr>
                    <w:t>řeka/potok</w:t>
                  </w:r>
                </w:p>
              </w:tc>
              <w:tc>
                <w:tcPr>
                  <w:tcW w:w="2683" w:type="dxa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14:paraId="7FE866A8" w14:textId="77777777" w:rsidR="00593522" w:rsidRPr="00C058FE" w:rsidRDefault="00593522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</w:p>
                <w:p w14:paraId="11B728CE" w14:textId="77777777" w:rsidR="00593522" w:rsidRPr="00C058FE" w:rsidRDefault="00000000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  <w:r w:rsidRPr="00C058FE">
                    <w:rPr>
                      <w:sz w:val="20"/>
                      <w:szCs w:val="32"/>
                    </w:rPr>
                    <w:t>____________________</w:t>
                  </w:r>
                </w:p>
              </w:tc>
              <w:tc>
                <w:tcPr>
                  <w:tcW w:w="2683" w:type="dxa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14:paraId="3AA51E5C" w14:textId="77777777" w:rsidR="00593522" w:rsidRPr="00C058FE" w:rsidRDefault="00593522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</w:p>
                <w:p w14:paraId="6B8A79C0" w14:textId="77777777" w:rsidR="00593522" w:rsidRPr="00C058FE" w:rsidRDefault="00000000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  <w:r w:rsidRPr="00C058FE">
                    <w:rPr>
                      <w:sz w:val="20"/>
                      <w:szCs w:val="32"/>
                    </w:rPr>
                    <w:t>____________________</w:t>
                  </w:r>
                </w:p>
              </w:tc>
            </w:tr>
          </w:tbl>
          <w:p w14:paraId="19FE2A31" w14:textId="77777777" w:rsidR="00593522" w:rsidRPr="00C058FE" w:rsidRDefault="00593522" w:rsidP="00C058FE">
            <w:pPr>
              <w:spacing w:line="276" w:lineRule="auto"/>
              <w:rPr>
                <w:sz w:val="22"/>
                <w:szCs w:val="32"/>
              </w:rPr>
            </w:pPr>
          </w:p>
          <w:p w14:paraId="46A547CF" w14:textId="77777777" w:rsidR="00593522" w:rsidRPr="00C058FE" w:rsidRDefault="00000000" w:rsidP="00C058FE">
            <w:pPr>
              <w:spacing w:after="20" w:line="276" w:lineRule="auto"/>
              <w:rPr>
                <w:sz w:val="22"/>
                <w:szCs w:val="32"/>
              </w:rPr>
            </w:pPr>
            <w:r w:rsidRPr="00C058FE">
              <w:rPr>
                <w:b/>
                <w:sz w:val="24"/>
                <w:szCs w:val="32"/>
              </w:rPr>
              <w:t>5. Doplň potravní řetězce</w:t>
            </w:r>
          </w:p>
          <w:p w14:paraId="4DC097E8" w14:textId="77777777" w:rsidR="00593522" w:rsidRPr="00C058FE" w:rsidRDefault="00000000" w:rsidP="00C058FE">
            <w:pPr>
              <w:spacing w:after="20" w:line="276" w:lineRule="auto"/>
              <w:rPr>
                <w:sz w:val="22"/>
                <w:szCs w:val="32"/>
              </w:rPr>
            </w:pPr>
            <w:r w:rsidRPr="00C058FE">
              <w:rPr>
                <w:i/>
                <w:sz w:val="20"/>
                <w:szCs w:val="32"/>
              </w:rPr>
              <w:t>Nápověda: hraboš, malá ryba, ještěrka, ledňáček, veverka, jestřáb</w:t>
            </w:r>
          </w:p>
          <w:p w14:paraId="70907299" w14:textId="77777777" w:rsidR="00593522" w:rsidRPr="00C058FE" w:rsidRDefault="00000000" w:rsidP="00C058FE">
            <w:pPr>
              <w:spacing w:line="276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a) obilí -&gt; __________ -&gt; káně</w:t>
            </w:r>
          </w:p>
          <w:p w14:paraId="7089572F" w14:textId="77777777" w:rsidR="00593522" w:rsidRPr="00C058FE" w:rsidRDefault="00000000" w:rsidP="00C058FE">
            <w:pPr>
              <w:spacing w:line="276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b) řasa -&gt; perloočka -&gt; __________ -&gt; štika</w:t>
            </w:r>
          </w:p>
          <w:p w14:paraId="5FE28CCD" w14:textId="77777777" w:rsidR="00593522" w:rsidRPr="00C058FE" w:rsidRDefault="00000000" w:rsidP="00C058FE">
            <w:pPr>
              <w:spacing w:line="276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c) tráva -&gt; kobylka -&gt; __________ -&gt; poštolka</w:t>
            </w:r>
          </w:p>
          <w:p w14:paraId="11406F84" w14:textId="77777777" w:rsidR="00593522" w:rsidRPr="00C058FE" w:rsidRDefault="00000000" w:rsidP="00C058FE">
            <w:pPr>
              <w:spacing w:line="276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d) vodní hmyz -&gt; malá ryba -&gt; __________</w:t>
            </w:r>
          </w:p>
          <w:p w14:paraId="7002C2AA" w14:textId="77777777" w:rsidR="00593522" w:rsidRPr="00C058FE" w:rsidRDefault="00000000" w:rsidP="00C058FE">
            <w:pPr>
              <w:spacing w:line="276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e) žalud -&gt; __________ -&gt; kuna</w:t>
            </w:r>
          </w:p>
          <w:p w14:paraId="34F2D7F0" w14:textId="77777777" w:rsidR="00593522" w:rsidRPr="00C058FE" w:rsidRDefault="00000000" w:rsidP="00C058FE">
            <w:pPr>
              <w:spacing w:line="276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f) listy stromů -&gt; housenka -&gt; sýkora -&gt; __________</w:t>
            </w:r>
          </w:p>
          <w:p w14:paraId="6352E67B" w14:textId="77777777" w:rsidR="00593522" w:rsidRPr="00C058FE" w:rsidRDefault="00000000" w:rsidP="00C058FE">
            <w:pPr>
              <w:spacing w:after="20" w:line="276" w:lineRule="auto"/>
              <w:rPr>
                <w:sz w:val="22"/>
                <w:szCs w:val="32"/>
              </w:rPr>
            </w:pPr>
            <w:r w:rsidRPr="00C058FE">
              <w:rPr>
                <w:b/>
                <w:sz w:val="24"/>
                <w:szCs w:val="32"/>
              </w:rPr>
              <w:t>6. Napiš krátce</w:t>
            </w:r>
          </w:p>
          <w:p w14:paraId="7E60E3C8" w14:textId="77777777" w:rsidR="00593522" w:rsidRPr="00C058FE" w:rsidRDefault="00000000" w:rsidP="00C058FE">
            <w:pPr>
              <w:spacing w:line="276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Vyber si jeden ekosystém a napiš 2 pravidla, jak se v něm chovat ohleduplně.</w:t>
            </w:r>
          </w:p>
          <w:p w14:paraId="660F6D75" w14:textId="77777777" w:rsidR="00593522" w:rsidRPr="00C058FE" w:rsidRDefault="00000000" w:rsidP="00C058FE">
            <w:pPr>
              <w:spacing w:line="276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Ekosystém: ______________________________________</w:t>
            </w:r>
          </w:p>
          <w:p w14:paraId="78E720CE" w14:textId="176D1C59" w:rsidR="00593522" w:rsidRPr="00C058FE" w:rsidRDefault="00000000" w:rsidP="00C058FE">
            <w:pPr>
              <w:spacing w:line="276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__________________________________________________________</w:t>
            </w:r>
            <w:r w:rsidR="00C058FE">
              <w:rPr>
                <w:sz w:val="22"/>
                <w:szCs w:val="32"/>
              </w:rPr>
              <w:t>_____________</w:t>
            </w:r>
          </w:p>
          <w:p w14:paraId="55E26FFA" w14:textId="77777777" w:rsidR="00593522" w:rsidRPr="00C058FE" w:rsidRDefault="00000000" w:rsidP="00C058FE">
            <w:pPr>
              <w:spacing w:line="276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lastRenderedPageBreak/>
              <w:t>2) __________________________________________________________</w:t>
            </w:r>
          </w:p>
          <w:p w14:paraId="6AEEAE72" w14:textId="77777777" w:rsidR="00593522" w:rsidRPr="00C058FE" w:rsidRDefault="00000000" w:rsidP="00C058FE">
            <w:pPr>
              <w:spacing w:after="20" w:line="276" w:lineRule="auto"/>
              <w:rPr>
                <w:sz w:val="22"/>
                <w:szCs w:val="32"/>
              </w:rPr>
            </w:pPr>
            <w:r w:rsidRPr="00C058FE">
              <w:rPr>
                <w:sz w:val="22"/>
                <w:szCs w:val="32"/>
              </w:rPr>
              <w:t>Nakresli malý symbol vybraného ekosystému:</w:t>
            </w:r>
          </w:p>
          <w:tbl>
            <w:tblPr>
              <w:tblStyle w:val="Mkatabulky"/>
              <w:tblW w:w="0" w:type="auto"/>
              <w:tblLook w:val="04A0" w:firstRow="1" w:lastRow="0" w:firstColumn="1" w:lastColumn="0" w:noHBand="0" w:noVBand="1"/>
            </w:tblPr>
            <w:tblGrid>
              <w:gridCol w:w="7901"/>
            </w:tblGrid>
            <w:tr w:rsidR="00593522" w:rsidRPr="00C058FE" w14:paraId="07F052D8" w14:textId="77777777">
              <w:trPr>
                <w:trHeight w:val="600"/>
              </w:trPr>
              <w:tc>
                <w:tcPr>
                  <w:tcW w:w="8050" w:type="dxa"/>
                  <w:tcMar>
                    <w:top w:w="45" w:type="dxa"/>
                    <w:left w:w="70" w:type="dxa"/>
                    <w:bottom w:w="45" w:type="dxa"/>
                    <w:right w:w="70" w:type="dxa"/>
                  </w:tcMar>
                </w:tcPr>
                <w:p w14:paraId="69B961F8" w14:textId="2A91AFEC" w:rsidR="00593522" w:rsidRPr="00C058FE" w:rsidRDefault="00593522" w:rsidP="00C058FE">
                  <w:pPr>
                    <w:spacing w:line="276" w:lineRule="auto"/>
                    <w:rPr>
                      <w:sz w:val="22"/>
                      <w:szCs w:val="32"/>
                    </w:rPr>
                  </w:pPr>
                </w:p>
              </w:tc>
            </w:tr>
          </w:tbl>
          <w:p w14:paraId="29A6E397" w14:textId="77777777" w:rsidR="00593522" w:rsidRPr="00C058FE" w:rsidRDefault="00593522" w:rsidP="00C058FE">
            <w:pPr>
              <w:spacing w:line="276" w:lineRule="auto"/>
              <w:rPr>
                <w:sz w:val="22"/>
                <w:szCs w:val="32"/>
              </w:rPr>
            </w:pPr>
          </w:p>
        </w:tc>
      </w:tr>
    </w:tbl>
    <w:p w14:paraId="7DD518BA" w14:textId="2034F46D" w:rsidR="00593522" w:rsidRPr="00C058FE" w:rsidRDefault="00593522">
      <w:pPr>
        <w:spacing w:before="40" w:after="0" w:line="230" w:lineRule="auto"/>
        <w:jc w:val="center"/>
        <w:rPr>
          <w:sz w:val="22"/>
          <w:szCs w:val="32"/>
        </w:rPr>
      </w:pPr>
    </w:p>
    <w:sectPr w:rsidR="00593522" w:rsidRPr="00C058FE" w:rsidSect="00034616">
      <w:pgSz w:w="16838" w:h="11906" w:orient="landscape"/>
      <w:pgMar w:top="312" w:right="369" w:bottom="312" w:left="36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83327755">
    <w:abstractNumId w:val="8"/>
  </w:num>
  <w:num w:numId="2" w16cid:durableId="126632344">
    <w:abstractNumId w:val="6"/>
  </w:num>
  <w:num w:numId="3" w16cid:durableId="598218308">
    <w:abstractNumId w:val="5"/>
  </w:num>
  <w:num w:numId="4" w16cid:durableId="44334649">
    <w:abstractNumId w:val="4"/>
  </w:num>
  <w:num w:numId="5" w16cid:durableId="886333015">
    <w:abstractNumId w:val="7"/>
  </w:num>
  <w:num w:numId="6" w16cid:durableId="436371207">
    <w:abstractNumId w:val="3"/>
  </w:num>
  <w:num w:numId="7" w16cid:durableId="390159619">
    <w:abstractNumId w:val="2"/>
  </w:num>
  <w:num w:numId="8" w16cid:durableId="65566673">
    <w:abstractNumId w:val="1"/>
  </w:num>
  <w:num w:numId="9" w16cid:durableId="1296326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C1437"/>
    <w:rsid w:val="0029639D"/>
    <w:rsid w:val="00326F90"/>
    <w:rsid w:val="00593522"/>
    <w:rsid w:val="00942D18"/>
    <w:rsid w:val="00AA1D8D"/>
    <w:rsid w:val="00B47730"/>
    <w:rsid w:val="00C058FE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8BF8D4"/>
  <w14:defaultImageDpi w14:val="300"/>
  <w15:docId w15:val="{E8B1E688-9059-4154-907C-E8B7DBBDA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  <w:rPr>
      <w:rFonts w:ascii="Calibri" w:eastAsia="Calibri" w:hAnsi="Calibri"/>
      <w:sz w:val="17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2012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2348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/>
  <cp:lastModifiedBy>Kateřina Pavková</cp:lastModifiedBy>
  <cp:revision>1</cp:revision>
  <cp:lastPrinted>2026-05-28T06:51:00Z</cp:lastPrinted>
  <dcterms:created xsi:type="dcterms:W3CDTF">2013-12-23T23:15:00Z</dcterms:created>
  <dcterms:modified xsi:type="dcterms:W3CDTF">2026-06-01T12:15:00Z</dcterms:modified>
  <cp:category/>
</cp:coreProperties>
</file>